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25A44" w14:textId="7549FF5D" w:rsidR="00202AE1" w:rsidRDefault="00B17CF5">
      <w:pPr>
        <w:jc w:val="center"/>
      </w:pPr>
      <w:r>
        <w:rPr>
          <w:b/>
          <w:sz w:val="34"/>
        </w:rPr>
        <w:t xml:space="preserve">Wellsboro </w:t>
      </w:r>
      <w:r w:rsidR="00000000">
        <w:rPr>
          <w:b/>
          <w:sz w:val="34"/>
        </w:rPr>
        <w:t>Youth Football Website / Media Consent or Denial Form</w:t>
      </w:r>
    </w:p>
    <w:p w14:paraId="3D6DAC0F" w14:textId="77777777" w:rsidR="00202AE1" w:rsidRDefault="00000000">
      <w:pPr>
        <w:jc w:val="center"/>
      </w:pPr>
      <w:r>
        <w:rPr>
          <w:i/>
          <w:sz w:val="20"/>
        </w:rPr>
        <w:t>For players in Kindergarten through 6th Grade</w:t>
      </w:r>
    </w:p>
    <w:p w14:paraId="336E8E9F" w14:textId="0FC3EC37" w:rsidR="00202AE1" w:rsidRDefault="00000000" w:rsidP="00B17CF5">
      <w:pPr>
        <w:jc w:val="center"/>
      </w:pPr>
      <w:r>
        <w:t>This form gives the program permission, or records denial of permission, to use a player's image/name for youth football program communication and promotion.</w:t>
      </w:r>
    </w:p>
    <w:tbl>
      <w:tblPr>
        <w:tblStyle w:val="TableGrid"/>
        <w:tblW w:w="10040" w:type="dxa"/>
        <w:tblInd w:w="510" w:type="dxa"/>
        <w:tblLook w:val="04A0" w:firstRow="1" w:lastRow="0" w:firstColumn="1" w:lastColumn="0" w:noHBand="0" w:noVBand="1"/>
      </w:tblPr>
      <w:tblGrid>
        <w:gridCol w:w="1845"/>
        <w:gridCol w:w="3175"/>
        <w:gridCol w:w="1845"/>
        <w:gridCol w:w="3175"/>
      </w:tblGrid>
      <w:tr w:rsidR="00202AE1" w14:paraId="471D3FD7" w14:textId="77777777" w:rsidTr="005F64A5">
        <w:trPr>
          <w:trHeight w:val="1004"/>
        </w:trPr>
        <w:tc>
          <w:tcPr>
            <w:tcW w:w="1845" w:type="dxa"/>
            <w:shd w:val="clear" w:color="auto" w:fill="E7E6E6"/>
            <w:vAlign w:val="center"/>
          </w:tcPr>
          <w:p w14:paraId="33623511" w14:textId="77777777" w:rsidR="00202AE1" w:rsidRDefault="00000000">
            <w:r>
              <w:rPr>
                <w:b/>
                <w:sz w:val="17"/>
              </w:rPr>
              <w:t>Player Name</w:t>
            </w:r>
          </w:p>
        </w:tc>
        <w:tc>
          <w:tcPr>
            <w:tcW w:w="3175" w:type="dxa"/>
            <w:vAlign w:val="center"/>
          </w:tcPr>
          <w:p w14:paraId="599A95B5" w14:textId="77777777" w:rsidR="00202AE1" w:rsidRDefault="00202AE1"/>
        </w:tc>
        <w:tc>
          <w:tcPr>
            <w:tcW w:w="1845" w:type="dxa"/>
            <w:shd w:val="clear" w:color="auto" w:fill="E7E6E6"/>
            <w:vAlign w:val="center"/>
          </w:tcPr>
          <w:p w14:paraId="1A6E1400" w14:textId="77777777" w:rsidR="00202AE1" w:rsidRDefault="00000000">
            <w:r>
              <w:rPr>
                <w:b/>
                <w:sz w:val="17"/>
              </w:rPr>
              <w:t>Grade</w:t>
            </w:r>
          </w:p>
        </w:tc>
        <w:tc>
          <w:tcPr>
            <w:tcW w:w="3175" w:type="dxa"/>
            <w:vAlign w:val="center"/>
          </w:tcPr>
          <w:p w14:paraId="0C021646" w14:textId="77777777" w:rsidR="00202AE1" w:rsidRDefault="00202AE1"/>
        </w:tc>
      </w:tr>
      <w:tr w:rsidR="00202AE1" w14:paraId="55C9D2B7" w14:textId="77777777" w:rsidTr="005F64A5">
        <w:trPr>
          <w:trHeight w:val="1004"/>
        </w:trPr>
        <w:tc>
          <w:tcPr>
            <w:tcW w:w="1845" w:type="dxa"/>
            <w:shd w:val="clear" w:color="auto" w:fill="E7E6E6"/>
            <w:vAlign w:val="center"/>
          </w:tcPr>
          <w:p w14:paraId="4826EEBA" w14:textId="77777777" w:rsidR="00202AE1" w:rsidRDefault="00000000">
            <w:r>
              <w:rPr>
                <w:b/>
                <w:sz w:val="17"/>
              </w:rPr>
              <w:t>Team</w:t>
            </w:r>
          </w:p>
        </w:tc>
        <w:tc>
          <w:tcPr>
            <w:tcW w:w="3175" w:type="dxa"/>
            <w:vAlign w:val="center"/>
          </w:tcPr>
          <w:p w14:paraId="18A12453" w14:textId="77777777" w:rsidR="00202AE1" w:rsidRDefault="00202AE1"/>
        </w:tc>
        <w:tc>
          <w:tcPr>
            <w:tcW w:w="1845" w:type="dxa"/>
            <w:shd w:val="clear" w:color="auto" w:fill="E7E6E6"/>
            <w:vAlign w:val="center"/>
          </w:tcPr>
          <w:p w14:paraId="78FB33F4" w14:textId="77777777" w:rsidR="00202AE1" w:rsidRDefault="00000000">
            <w:r>
              <w:rPr>
                <w:b/>
                <w:sz w:val="17"/>
              </w:rPr>
              <w:t>Jersey #</w:t>
            </w:r>
          </w:p>
        </w:tc>
        <w:tc>
          <w:tcPr>
            <w:tcW w:w="3175" w:type="dxa"/>
            <w:vAlign w:val="center"/>
          </w:tcPr>
          <w:p w14:paraId="5805137F" w14:textId="77777777" w:rsidR="00202AE1" w:rsidRDefault="00202AE1"/>
        </w:tc>
      </w:tr>
      <w:tr w:rsidR="00202AE1" w14:paraId="50A25607" w14:textId="77777777" w:rsidTr="005F64A5">
        <w:trPr>
          <w:trHeight w:val="1053"/>
        </w:trPr>
        <w:tc>
          <w:tcPr>
            <w:tcW w:w="1845" w:type="dxa"/>
            <w:shd w:val="clear" w:color="auto" w:fill="E7E6E6"/>
            <w:vAlign w:val="center"/>
          </w:tcPr>
          <w:p w14:paraId="3AA59FAE" w14:textId="77777777" w:rsidR="00202AE1" w:rsidRDefault="00000000">
            <w:r>
              <w:rPr>
                <w:b/>
                <w:sz w:val="17"/>
              </w:rPr>
              <w:t>Parent/Guardian Name</w:t>
            </w:r>
          </w:p>
        </w:tc>
        <w:tc>
          <w:tcPr>
            <w:tcW w:w="3175" w:type="dxa"/>
            <w:vAlign w:val="center"/>
          </w:tcPr>
          <w:p w14:paraId="7EEBB0F2" w14:textId="77777777" w:rsidR="00202AE1" w:rsidRDefault="00202AE1"/>
        </w:tc>
        <w:tc>
          <w:tcPr>
            <w:tcW w:w="1845" w:type="dxa"/>
            <w:shd w:val="clear" w:color="auto" w:fill="E7E6E6"/>
            <w:vAlign w:val="center"/>
          </w:tcPr>
          <w:p w14:paraId="32F032D8" w14:textId="77777777" w:rsidR="00202AE1" w:rsidRDefault="00000000">
            <w:r>
              <w:rPr>
                <w:b/>
                <w:sz w:val="17"/>
              </w:rPr>
              <w:t>Phone</w:t>
            </w:r>
          </w:p>
        </w:tc>
        <w:tc>
          <w:tcPr>
            <w:tcW w:w="3175" w:type="dxa"/>
            <w:vAlign w:val="center"/>
          </w:tcPr>
          <w:p w14:paraId="43DB56EB" w14:textId="77777777" w:rsidR="00202AE1" w:rsidRDefault="00202AE1"/>
        </w:tc>
      </w:tr>
    </w:tbl>
    <w:p w14:paraId="5B76F293" w14:textId="77777777" w:rsidR="00202AE1" w:rsidRDefault="00202AE1"/>
    <w:p w14:paraId="7D44CED6" w14:textId="77777777" w:rsidR="00202AE1" w:rsidRDefault="00000000">
      <w:r>
        <w:rPr>
          <w:b/>
          <w:sz w:val="22"/>
        </w:rPr>
        <w:t>Consent Selection</w:t>
      </w:r>
    </w:p>
    <w:p w14:paraId="53BFD4FD" w14:textId="77777777" w:rsidR="00202AE1" w:rsidRPr="00B17CF5" w:rsidRDefault="00000000">
      <w:pPr>
        <w:spacing w:after="60"/>
        <w:rPr>
          <w:sz w:val="22"/>
          <w:szCs w:val="28"/>
        </w:rPr>
      </w:pPr>
      <w:r w:rsidRPr="00B17CF5">
        <w:rPr>
          <w:sz w:val="22"/>
          <w:szCs w:val="28"/>
        </w:rPr>
        <w:t>☐ YES, I give permission for my child to appear on the youth football website, social media, printed materials, team/program announcements, and other program-related communications.</w:t>
      </w:r>
    </w:p>
    <w:p w14:paraId="015AC176" w14:textId="77777777" w:rsidR="00202AE1" w:rsidRPr="00B17CF5" w:rsidRDefault="00000000">
      <w:pPr>
        <w:spacing w:after="60"/>
        <w:rPr>
          <w:sz w:val="22"/>
          <w:szCs w:val="28"/>
        </w:rPr>
      </w:pPr>
      <w:r w:rsidRPr="00B17CF5">
        <w:rPr>
          <w:sz w:val="22"/>
          <w:szCs w:val="28"/>
        </w:rPr>
        <w:t>☐ NO, I do not give permission for my child to appear on the youth football website, social media, printed materials, team/program announcements, or other program-related communications.</w:t>
      </w:r>
    </w:p>
    <w:p w14:paraId="11BC6D4A" w14:textId="42BB629A" w:rsidR="00202AE1" w:rsidRDefault="00000000">
      <w:r>
        <w:rPr>
          <w:b/>
        </w:rPr>
        <w:t xml:space="preserve">Permission may include: </w:t>
      </w:r>
      <w:r>
        <w:t>team photos, action photos, group photos, short video clips, player recognition, team announcements, homecoming/championship updates,</w:t>
      </w:r>
      <w:r w:rsidR="00B17CF5">
        <w:t xml:space="preserve"> a roster source for spectators</w:t>
      </w:r>
      <w:r>
        <w:t xml:space="preserve"> and program highlights.</w:t>
      </w:r>
    </w:p>
    <w:p w14:paraId="04B963D0" w14:textId="3465F3B7" w:rsidR="00202AE1" w:rsidRDefault="00000000">
      <w:r>
        <w:rPr>
          <w:b/>
        </w:rPr>
        <w:t>Player identification:</w:t>
      </w:r>
      <w:r>
        <w:t xml:space="preserve"> When identifying </w:t>
      </w:r>
      <w:r w:rsidR="00B17CF5">
        <w:t xml:space="preserve">players, we will </w:t>
      </w:r>
      <w:r>
        <w:t>use information such as first name</w:t>
      </w:r>
      <w:r w:rsidR="00B17CF5">
        <w:t>, last name</w:t>
      </w:r>
      <w:r>
        <w:t>, team, grade, or jersey number only as appropriate.</w:t>
      </w:r>
    </w:p>
    <w:p w14:paraId="5736DCD1" w14:textId="77777777" w:rsidR="00202AE1" w:rsidRDefault="00000000">
      <w:r>
        <w:rPr>
          <w:b/>
        </w:rPr>
        <w:t xml:space="preserve">Important note: </w:t>
      </w:r>
      <w:r>
        <w:t>Parents/guardians may request a change to this consent status in writing. The program will make reasonable efforts to honor changes going forward, but may not be able to remove all previously distributed printed materials or third-party shares.</w:t>
      </w:r>
    </w:p>
    <w:tbl>
      <w:tblPr>
        <w:tblStyle w:val="TableGrid"/>
        <w:tblW w:w="0" w:type="auto"/>
        <w:tblLook w:val="04A0" w:firstRow="1" w:lastRow="0" w:firstColumn="1" w:lastColumn="0" w:noHBand="0" w:noVBand="1"/>
      </w:tblPr>
      <w:tblGrid>
        <w:gridCol w:w="10505"/>
      </w:tblGrid>
      <w:tr w:rsidR="00202AE1" w14:paraId="2B426BDF" w14:textId="77777777" w:rsidTr="005F64A5">
        <w:trPr>
          <w:trHeight w:val="195"/>
        </w:trPr>
        <w:tc>
          <w:tcPr>
            <w:tcW w:w="10505" w:type="dxa"/>
            <w:shd w:val="clear" w:color="auto" w:fill="E7E6E6"/>
            <w:vAlign w:val="center"/>
          </w:tcPr>
          <w:p w14:paraId="6EC23399" w14:textId="77777777" w:rsidR="00202AE1" w:rsidRDefault="00000000">
            <w:r>
              <w:rPr>
                <w:b/>
              </w:rPr>
              <w:t>Special Instructions / Restrictions</w:t>
            </w:r>
          </w:p>
        </w:tc>
      </w:tr>
      <w:tr w:rsidR="00202AE1" w14:paraId="29766AB4" w14:textId="77777777" w:rsidTr="005F64A5">
        <w:trPr>
          <w:trHeight w:val="936"/>
        </w:trPr>
        <w:tc>
          <w:tcPr>
            <w:tcW w:w="10505" w:type="dxa"/>
            <w:vAlign w:val="center"/>
          </w:tcPr>
          <w:p w14:paraId="2E310415" w14:textId="77777777" w:rsidR="00202AE1" w:rsidRDefault="00202AE1"/>
        </w:tc>
      </w:tr>
    </w:tbl>
    <w:p w14:paraId="3EE84366" w14:textId="77777777" w:rsidR="00202AE1" w:rsidRDefault="00202AE1"/>
    <w:tbl>
      <w:tblPr>
        <w:tblStyle w:val="TableGrid"/>
        <w:tblW w:w="0" w:type="auto"/>
        <w:tblLook w:val="04A0" w:firstRow="1" w:lastRow="0" w:firstColumn="1" w:lastColumn="0" w:noHBand="0" w:noVBand="1"/>
      </w:tblPr>
      <w:tblGrid>
        <w:gridCol w:w="7166"/>
        <w:gridCol w:w="2984"/>
      </w:tblGrid>
      <w:tr w:rsidR="00202AE1" w14:paraId="05FB6D93" w14:textId="77777777" w:rsidTr="005F64A5">
        <w:trPr>
          <w:trHeight w:val="518"/>
        </w:trPr>
        <w:tc>
          <w:tcPr>
            <w:tcW w:w="7166" w:type="dxa"/>
            <w:shd w:val="clear" w:color="auto" w:fill="E7E6E6"/>
            <w:vAlign w:val="center"/>
          </w:tcPr>
          <w:p w14:paraId="6F6E68E2" w14:textId="77777777" w:rsidR="00202AE1" w:rsidRDefault="00000000">
            <w:r>
              <w:rPr>
                <w:b/>
              </w:rPr>
              <w:t>Parent/Guardian Signature</w:t>
            </w:r>
          </w:p>
        </w:tc>
        <w:tc>
          <w:tcPr>
            <w:tcW w:w="2984" w:type="dxa"/>
            <w:shd w:val="clear" w:color="auto" w:fill="E7E6E6"/>
            <w:vAlign w:val="center"/>
          </w:tcPr>
          <w:p w14:paraId="79BA9538" w14:textId="77777777" w:rsidR="00202AE1" w:rsidRDefault="00000000">
            <w:r>
              <w:rPr>
                <w:b/>
              </w:rPr>
              <w:t>Date</w:t>
            </w:r>
          </w:p>
        </w:tc>
      </w:tr>
      <w:tr w:rsidR="00202AE1" w14:paraId="65B26057" w14:textId="77777777" w:rsidTr="005F64A5">
        <w:trPr>
          <w:trHeight w:val="557"/>
        </w:trPr>
        <w:tc>
          <w:tcPr>
            <w:tcW w:w="7166" w:type="dxa"/>
            <w:vAlign w:val="center"/>
          </w:tcPr>
          <w:p w14:paraId="19A746FE" w14:textId="77777777" w:rsidR="00202AE1" w:rsidRDefault="00202AE1"/>
        </w:tc>
        <w:tc>
          <w:tcPr>
            <w:tcW w:w="2984" w:type="dxa"/>
            <w:vAlign w:val="center"/>
          </w:tcPr>
          <w:p w14:paraId="415B46A8" w14:textId="77777777" w:rsidR="00202AE1" w:rsidRDefault="00202AE1"/>
        </w:tc>
      </w:tr>
    </w:tbl>
    <w:p w14:paraId="5D24AB44" w14:textId="77777777" w:rsidR="00B17CF5" w:rsidRDefault="00B17CF5"/>
    <w:p w14:paraId="5982D564" w14:textId="77777777" w:rsidR="005F64A5" w:rsidRDefault="005F64A5"/>
    <w:tbl>
      <w:tblPr>
        <w:tblStyle w:val="TableGrid"/>
        <w:tblpPr w:leftFromText="180" w:rightFromText="180" w:vertAnchor="text" w:horzAnchor="margin" w:tblpY="278"/>
        <w:tblW w:w="0" w:type="auto"/>
        <w:tblLook w:val="04A0" w:firstRow="1" w:lastRow="0" w:firstColumn="1" w:lastColumn="0" w:noHBand="0" w:noVBand="1"/>
      </w:tblPr>
      <w:tblGrid>
        <w:gridCol w:w="2698"/>
        <w:gridCol w:w="2697"/>
        <w:gridCol w:w="2698"/>
        <w:gridCol w:w="2697"/>
      </w:tblGrid>
      <w:tr w:rsidR="00B17CF5" w14:paraId="5F1B9DBD" w14:textId="77777777" w:rsidTr="00B17CF5">
        <w:tc>
          <w:tcPr>
            <w:tcW w:w="2700" w:type="dxa"/>
            <w:shd w:val="clear" w:color="auto" w:fill="E7E6E6"/>
            <w:vAlign w:val="center"/>
          </w:tcPr>
          <w:p w14:paraId="106E1387" w14:textId="77777777" w:rsidR="00B17CF5" w:rsidRDefault="00B17CF5" w:rsidP="00B17CF5">
            <w:r>
              <w:rPr>
                <w:b/>
              </w:rPr>
              <w:t>Received By</w:t>
            </w:r>
          </w:p>
        </w:tc>
        <w:tc>
          <w:tcPr>
            <w:tcW w:w="2700" w:type="dxa"/>
            <w:shd w:val="clear" w:color="auto" w:fill="E7E6E6"/>
            <w:vAlign w:val="center"/>
          </w:tcPr>
          <w:p w14:paraId="69EFC927" w14:textId="77777777" w:rsidR="00B17CF5" w:rsidRDefault="00B17CF5" w:rsidP="00B17CF5">
            <w:r>
              <w:rPr>
                <w:b/>
              </w:rPr>
              <w:t>Date Received</w:t>
            </w:r>
          </w:p>
        </w:tc>
        <w:tc>
          <w:tcPr>
            <w:tcW w:w="2700" w:type="dxa"/>
            <w:shd w:val="clear" w:color="auto" w:fill="E7E6E6"/>
            <w:vAlign w:val="center"/>
          </w:tcPr>
          <w:p w14:paraId="2F04D654" w14:textId="77777777" w:rsidR="00B17CF5" w:rsidRDefault="00B17CF5" w:rsidP="00B17CF5">
            <w:r>
              <w:rPr>
                <w:b/>
              </w:rPr>
              <w:t>Entered in Roster/Website List</w:t>
            </w:r>
          </w:p>
        </w:tc>
        <w:tc>
          <w:tcPr>
            <w:tcW w:w="2700" w:type="dxa"/>
            <w:shd w:val="clear" w:color="auto" w:fill="E7E6E6"/>
            <w:vAlign w:val="center"/>
          </w:tcPr>
          <w:p w14:paraId="679F2357" w14:textId="77777777" w:rsidR="00B17CF5" w:rsidRDefault="00B17CF5" w:rsidP="00B17CF5">
            <w:r>
              <w:rPr>
                <w:b/>
              </w:rPr>
              <w:t>Notes</w:t>
            </w:r>
          </w:p>
        </w:tc>
      </w:tr>
      <w:tr w:rsidR="00B17CF5" w14:paraId="0C652881" w14:textId="77777777" w:rsidTr="00B17CF5">
        <w:trPr>
          <w:trHeight w:val="653"/>
        </w:trPr>
        <w:tc>
          <w:tcPr>
            <w:tcW w:w="2700" w:type="dxa"/>
            <w:vAlign w:val="center"/>
          </w:tcPr>
          <w:p w14:paraId="417F5365" w14:textId="77777777" w:rsidR="00B17CF5" w:rsidRDefault="00B17CF5" w:rsidP="00B17CF5"/>
        </w:tc>
        <w:tc>
          <w:tcPr>
            <w:tcW w:w="2700" w:type="dxa"/>
            <w:vAlign w:val="center"/>
          </w:tcPr>
          <w:p w14:paraId="4CAF2D92" w14:textId="77777777" w:rsidR="00B17CF5" w:rsidRDefault="00B17CF5" w:rsidP="00B17CF5"/>
        </w:tc>
        <w:tc>
          <w:tcPr>
            <w:tcW w:w="2700" w:type="dxa"/>
            <w:vAlign w:val="center"/>
          </w:tcPr>
          <w:p w14:paraId="777418BF" w14:textId="77777777" w:rsidR="00B17CF5" w:rsidRDefault="00B17CF5" w:rsidP="00B17CF5"/>
        </w:tc>
        <w:tc>
          <w:tcPr>
            <w:tcW w:w="2700" w:type="dxa"/>
            <w:vAlign w:val="center"/>
          </w:tcPr>
          <w:p w14:paraId="3BE64801" w14:textId="77777777" w:rsidR="00B17CF5" w:rsidRDefault="00B17CF5" w:rsidP="00B17CF5"/>
        </w:tc>
      </w:tr>
    </w:tbl>
    <w:p w14:paraId="27F7004E" w14:textId="77777777" w:rsidR="00B17CF5" w:rsidRDefault="00B17CF5"/>
    <w:sectPr w:rsidR="00B17CF5" w:rsidSect="00034616">
      <w:pgSz w:w="12240" w:h="15840"/>
      <w:pgMar w:top="648" w:right="720" w:bottom="64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BB525" w14:textId="77777777" w:rsidR="00AD37B3" w:rsidRDefault="00AD37B3" w:rsidP="00B17CF5">
      <w:pPr>
        <w:spacing w:after="0" w:line="240" w:lineRule="auto"/>
      </w:pPr>
      <w:r>
        <w:separator/>
      </w:r>
    </w:p>
  </w:endnote>
  <w:endnote w:type="continuationSeparator" w:id="0">
    <w:p w14:paraId="1810B03E" w14:textId="77777777" w:rsidR="00AD37B3" w:rsidRDefault="00AD37B3" w:rsidP="00B17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1F410" w14:textId="77777777" w:rsidR="00AD37B3" w:rsidRDefault="00AD37B3" w:rsidP="00B17CF5">
      <w:pPr>
        <w:spacing w:after="0" w:line="240" w:lineRule="auto"/>
      </w:pPr>
      <w:r>
        <w:separator/>
      </w:r>
    </w:p>
  </w:footnote>
  <w:footnote w:type="continuationSeparator" w:id="0">
    <w:p w14:paraId="4DCB2D07" w14:textId="77777777" w:rsidR="00AD37B3" w:rsidRDefault="00AD37B3" w:rsidP="00B17C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88641434">
    <w:abstractNumId w:val="8"/>
  </w:num>
  <w:num w:numId="2" w16cid:durableId="1654798609">
    <w:abstractNumId w:val="6"/>
  </w:num>
  <w:num w:numId="3" w16cid:durableId="586429836">
    <w:abstractNumId w:val="5"/>
  </w:num>
  <w:num w:numId="4" w16cid:durableId="1218542186">
    <w:abstractNumId w:val="4"/>
  </w:num>
  <w:num w:numId="5" w16cid:durableId="1981571414">
    <w:abstractNumId w:val="7"/>
  </w:num>
  <w:num w:numId="6" w16cid:durableId="227154186">
    <w:abstractNumId w:val="3"/>
  </w:num>
  <w:num w:numId="7" w16cid:durableId="1008679810">
    <w:abstractNumId w:val="2"/>
  </w:num>
  <w:num w:numId="8" w16cid:durableId="1837528014">
    <w:abstractNumId w:val="1"/>
  </w:num>
  <w:num w:numId="9" w16cid:durableId="485558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02AE1"/>
    <w:rsid w:val="0029639D"/>
    <w:rsid w:val="00326F90"/>
    <w:rsid w:val="005F64A5"/>
    <w:rsid w:val="00701095"/>
    <w:rsid w:val="00704EFD"/>
    <w:rsid w:val="008A55B1"/>
    <w:rsid w:val="00926C1B"/>
    <w:rsid w:val="00AA1D8D"/>
    <w:rsid w:val="00AD37B3"/>
    <w:rsid w:val="00B17CF5"/>
    <w:rsid w:val="00B47730"/>
    <w:rsid w:val="00CB0664"/>
    <w:rsid w:val="00CB5928"/>
    <w:rsid w:val="00F2245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5A9870"/>
  <w14:defaultImageDpi w14:val="300"/>
  <w15:docId w15:val="{CDE5157C-278E-452C-8C3D-46257E881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Penn Oak</cp:lastModifiedBy>
  <cp:revision>2</cp:revision>
  <cp:lastPrinted>2026-07-24T00:36:00Z</cp:lastPrinted>
  <dcterms:created xsi:type="dcterms:W3CDTF">2026-08-02T16:27:00Z</dcterms:created>
  <dcterms:modified xsi:type="dcterms:W3CDTF">2026-08-02T16:27:00Z</dcterms:modified>
  <cp:category/>
</cp:coreProperties>
</file>